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666" w:rsidRDefault="0019257D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0</wp:posOffset>
            </wp:positionV>
            <wp:extent cx="1503468" cy="1503468"/>
            <wp:effectExtent l="0" t="0" r="0" b="0"/>
            <wp:wrapTight wrapText="bothSides">
              <wp:wrapPolygon edited="0">
                <wp:start x="9673" y="0"/>
                <wp:lineTo x="7848" y="365"/>
                <wp:lineTo x="3285" y="2373"/>
                <wp:lineTo x="3285" y="3103"/>
                <wp:lineTo x="2373" y="4380"/>
                <wp:lineTo x="1278" y="6023"/>
                <wp:lineTo x="183" y="8943"/>
                <wp:lineTo x="183" y="11863"/>
                <wp:lineTo x="913" y="14783"/>
                <wp:lineTo x="2555" y="17703"/>
                <wp:lineTo x="6753" y="20624"/>
                <wp:lineTo x="10221" y="21354"/>
                <wp:lineTo x="11133" y="21354"/>
                <wp:lineTo x="14601" y="20624"/>
                <wp:lineTo x="18798" y="17703"/>
                <wp:lineTo x="20441" y="14783"/>
                <wp:lineTo x="21171" y="11863"/>
                <wp:lineTo x="21171" y="8943"/>
                <wp:lineTo x="20076" y="6023"/>
                <wp:lineTo x="18616" y="3833"/>
                <wp:lineTo x="18251" y="2373"/>
                <wp:lineTo x="13688" y="365"/>
                <wp:lineTo x="11863" y="0"/>
                <wp:lineTo x="9673" y="0"/>
              </wp:wrapPolygon>
            </wp:wrapTight>
            <wp:docPr id="19114732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73246" name="Obrázek 19114732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3468" cy="150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7D" w:rsidRDefault="0019257D">
      <w:pPr>
        <w:jc w:val="center"/>
      </w:pPr>
    </w:p>
    <w:p w:rsidR="0019257D" w:rsidRDefault="0019257D">
      <w:pPr>
        <w:jc w:val="center"/>
      </w:pPr>
    </w:p>
    <w:p w:rsidR="00332666" w:rsidRDefault="0019257D" w:rsidP="0019257D">
      <w:pPr>
        <w:jc w:val="center"/>
      </w:pPr>
      <w:r>
        <w:rPr>
          <w:b/>
        </w:rPr>
        <w:t xml:space="preserve">                              PŘIHLÁŠKA DO DĚTSKÉ SKUPINY ÁMOSÍK</w:t>
      </w:r>
    </w:p>
    <w:p w:rsidR="00332666" w:rsidRDefault="0019257D" w:rsidP="0019257D">
      <w:pPr>
        <w:jc w:val="center"/>
      </w:pPr>
      <w:r>
        <w:t xml:space="preserve">                       </w:t>
      </w:r>
      <w:proofErr w:type="spellStart"/>
      <w:r>
        <w:t>Nová</w:t>
      </w:r>
      <w:proofErr w:type="spellEnd"/>
      <w:r>
        <w:t xml:space="preserve"> </w:t>
      </w:r>
      <w:proofErr w:type="spellStart"/>
      <w:r>
        <w:t>přístavba</w:t>
      </w:r>
      <w:proofErr w:type="spellEnd"/>
      <w:r>
        <w:t xml:space="preserve"> u ZŠ J. A. </w:t>
      </w:r>
      <w:proofErr w:type="spellStart"/>
      <w:r>
        <w:t>Komenského</w:t>
      </w:r>
      <w:proofErr w:type="spellEnd"/>
      <w:r>
        <w:t xml:space="preserve"> </w:t>
      </w:r>
      <w:proofErr w:type="spellStart"/>
      <w:r>
        <w:t>Kly</w:t>
      </w:r>
      <w:proofErr w:type="spellEnd"/>
      <w:r>
        <w:br/>
        <w:t xml:space="preserve">             </w:t>
      </w:r>
      <w:proofErr w:type="spellStart"/>
      <w:r>
        <w:t>Záboří</w:t>
      </w:r>
      <w:proofErr w:type="spellEnd"/>
      <w:r>
        <w:t xml:space="preserve"> 70, 277 41 Kly</w:t>
      </w:r>
    </w:p>
    <w:p w:rsidR="00332666" w:rsidRDefault="003B4E1B">
      <w:pPr>
        <w:pStyle w:val="Nadpis2"/>
      </w:pPr>
      <w:r>
        <w:t>ÚDAJE O DÍTĚTI</w:t>
      </w:r>
    </w:p>
    <w:p w:rsidR="00332666" w:rsidRDefault="003B4E1B">
      <w:r>
        <w:t xml:space="preserve">Jméno a příjmení dítěte: </w:t>
      </w:r>
      <w:r>
        <w:t>________________________________________________</w:t>
      </w:r>
    </w:p>
    <w:p w:rsidR="00332666" w:rsidRDefault="003B4E1B">
      <w:r>
        <w:t>Datum narození: _______________________________________________________</w:t>
      </w:r>
    </w:p>
    <w:p w:rsidR="00332666" w:rsidRDefault="003B4E1B">
      <w:r>
        <w:t>Rodné číslo: __________________________________________________________</w:t>
      </w:r>
    </w:p>
    <w:p w:rsidR="00332666" w:rsidRDefault="003B4E1B">
      <w:r>
        <w:t>Adresa trvalého pobytu: _______________________________________</w:t>
      </w:r>
      <w:r>
        <w:t>__________</w:t>
      </w:r>
    </w:p>
    <w:p w:rsidR="00332666" w:rsidRDefault="003B4E1B">
      <w:r>
        <w:t>Zdravotní pojišťovna: _________________________________________________</w:t>
      </w:r>
    </w:p>
    <w:p w:rsidR="00332666" w:rsidRDefault="003B4E1B">
      <w:pPr>
        <w:pStyle w:val="Nadpis2"/>
      </w:pPr>
      <w:r>
        <w:t xml:space="preserve">ZÁKONNÝ ZÁSTUPCE </w:t>
      </w:r>
      <w:r w:rsidR="0019257D">
        <w:t>- MATKA</w:t>
      </w:r>
    </w:p>
    <w:p w:rsidR="00332666" w:rsidRDefault="003B4E1B">
      <w:r>
        <w:t>Jméno a příjmení: _____________________________________________________</w:t>
      </w:r>
    </w:p>
    <w:p w:rsidR="00332666" w:rsidRDefault="003B4E1B">
      <w:r>
        <w:t>Datum narození: _______________________________________________________</w:t>
      </w:r>
    </w:p>
    <w:p w:rsidR="00332666" w:rsidRDefault="003B4E1B">
      <w:r>
        <w:t>Adre</w:t>
      </w:r>
      <w:r>
        <w:t>sa trvalého pobytu: _________________________________________________</w:t>
      </w:r>
    </w:p>
    <w:p w:rsidR="00332666" w:rsidRDefault="003B4E1B">
      <w:r>
        <w:t>Telefon: ___________________________   E-mail: __________________________</w:t>
      </w:r>
    </w:p>
    <w:p w:rsidR="00332666" w:rsidRDefault="003B4E1B">
      <w:r>
        <w:t>Zaměstnavatel / vazba na trh práce: _____________________________________</w:t>
      </w:r>
    </w:p>
    <w:p w:rsidR="00332666" w:rsidRDefault="003B4E1B">
      <w:pPr>
        <w:pStyle w:val="Nadpis2"/>
      </w:pPr>
      <w:r>
        <w:t xml:space="preserve">ZÁKONNÝ ZÁSTUPCE </w:t>
      </w:r>
      <w:r w:rsidR="0019257D">
        <w:t>- OTEC</w:t>
      </w:r>
    </w:p>
    <w:p w:rsidR="00332666" w:rsidRDefault="003B4E1B">
      <w:r>
        <w:t>Jméno a příjme</w:t>
      </w:r>
      <w:r>
        <w:t>ní: _____________________________________________________</w:t>
      </w:r>
    </w:p>
    <w:p w:rsidR="00332666" w:rsidRDefault="003B4E1B">
      <w:r>
        <w:t>Datum narození: _______________________________________________________</w:t>
      </w:r>
    </w:p>
    <w:p w:rsidR="00332666" w:rsidRDefault="003B4E1B">
      <w:r>
        <w:t>Adresa trvalého pobytu: _________________________________________________</w:t>
      </w:r>
    </w:p>
    <w:p w:rsidR="00332666" w:rsidRDefault="003B4E1B">
      <w:r>
        <w:t>Telefon: ___________________________   E-mail: _____</w:t>
      </w:r>
      <w:r>
        <w:t>_____________________</w:t>
      </w:r>
    </w:p>
    <w:p w:rsidR="00332666" w:rsidRDefault="003B4E1B">
      <w:r>
        <w:t>Zaměstnavatel / vazba na trh práce: _____________________________________</w:t>
      </w:r>
    </w:p>
    <w:p w:rsidR="0019257D" w:rsidRDefault="0019257D">
      <w:pPr>
        <w:pStyle w:val="Nadpis2"/>
      </w:pPr>
    </w:p>
    <w:p w:rsidR="0019257D" w:rsidRDefault="0019257D">
      <w:pPr>
        <w:pStyle w:val="Nadpis2"/>
      </w:pPr>
    </w:p>
    <w:p w:rsidR="0019257D" w:rsidRDefault="0019257D" w:rsidP="0019257D"/>
    <w:p w:rsidR="0019257D" w:rsidRDefault="0019257D" w:rsidP="0019257D"/>
    <w:p w:rsidR="0019257D" w:rsidRPr="0019257D" w:rsidRDefault="0019257D" w:rsidP="0019257D"/>
    <w:p w:rsidR="00332666" w:rsidRDefault="003B4E1B">
      <w:pPr>
        <w:pStyle w:val="Nadpis2"/>
      </w:pPr>
      <w:r>
        <w:lastRenderedPageBreak/>
        <w:t>DALŠÍ INFORMACE O DÍTĚTI</w:t>
      </w:r>
    </w:p>
    <w:p w:rsidR="00332666" w:rsidRDefault="003B4E1B">
      <w:r>
        <w:t>Stravovací omezení / alergie:</w:t>
      </w:r>
    </w:p>
    <w:p w:rsidR="00332666" w:rsidRDefault="003B4E1B">
      <w:r>
        <w:t>______________________________________________________________________</w:t>
      </w:r>
    </w:p>
    <w:p w:rsidR="00332666" w:rsidRDefault="003B4E1B">
      <w:r>
        <w:t>______________________________________________________________________</w:t>
      </w:r>
    </w:p>
    <w:p w:rsidR="00332666" w:rsidRDefault="00332666"/>
    <w:p w:rsidR="00332666" w:rsidRDefault="003B4E1B">
      <w:r>
        <w:t>Další důležité informace:</w:t>
      </w:r>
    </w:p>
    <w:p w:rsidR="00332666" w:rsidRDefault="003B4E1B">
      <w:r>
        <w:t>______________________________________________________________________</w:t>
      </w:r>
    </w:p>
    <w:p w:rsidR="00332666" w:rsidRDefault="003B4E1B">
      <w:r>
        <w:t>______________________________________________________________________</w:t>
      </w:r>
    </w:p>
    <w:p w:rsidR="00332666" w:rsidRDefault="003B4E1B">
      <w:pPr>
        <w:pStyle w:val="Nadpis2"/>
      </w:pPr>
      <w:r>
        <w:t>DŮLEŽITÉ INFORMA</w:t>
      </w:r>
      <w:r>
        <w:t>CE</w:t>
      </w:r>
    </w:p>
    <w:p w:rsidR="00332666" w:rsidRDefault="003B4E1B">
      <w:r>
        <w:t xml:space="preserve">• </w:t>
      </w:r>
      <w:proofErr w:type="spellStart"/>
      <w:r>
        <w:t>Provoz</w:t>
      </w:r>
      <w:proofErr w:type="spellEnd"/>
      <w:r>
        <w:t xml:space="preserve"> </w:t>
      </w:r>
      <w:proofErr w:type="spellStart"/>
      <w:r>
        <w:t>dětské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</w:t>
      </w:r>
      <w:proofErr w:type="spellStart"/>
      <w:r>
        <w:t>Ámosík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zahájen</w:t>
      </w:r>
      <w:proofErr w:type="spellEnd"/>
      <w:r>
        <w:t xml:space="preserve"> </w:t>
      </w:r>
      <w:r w:rsidR="006E5D15">
        <w:t>1.9.</w:t>
      </w:r>
      <w:r>
        <w:t>2026.</w:t>
      </w:r>
    </w:p>
    <w:p w:rsidR="00332666" w:rsidRDefault="003B4E1B">
      <w:r>
        <w:t>• Dokumenty potřebné k podpisu smlouvy budou zákonným zástupcům upřesněny před zahájením provozu.</w:t>
      </w:r>
    </w:p>
    <w:p w:rsidR="00332666" w:rsidRDefault="003B4E1B">
      <w:r>
        <w:t>• Při podpisu smlouvy bude nutné doložit potvrzení lékaře o zdravotní způsobilosti dítěte a potvrzení</w:t>
      </w:r>
      <w:r>
        <w:t xml:space="preserve"> o vazbě na trh práce.</w:t>
      </w:r>
    </w:p>
    <w:p w:rsidR="00332666" w:rsidRDefault="003B4E1B">
      <w:r>
        <w:t>• Přijetí dítěte je podmíněno splněním zákonných podmínek dle zákona o dětské skupině.</w:t>
      </w:r>
    </w:p>
    <w:p w:rsidR="00332666" w:rsidRDefault="003B4E1B">
      <w:pPr>
        <w:pStyle w:val="Nadpis2"/>
      </w:pPr>
      <w:r>
        <w:t>PROHLÁŠENÍ ZÁKONNÉHO ZÁSTUPCE</w:t>
      </w:r>
    </w:p>
    <w:p w:rsidR="00332666" w:rsidRDefault="003B4E1B">
      <w:r>
        <w:t>Souhlasím se zpracováním osobních údajů uvedených v této přihlášce pro účely evidence zájemců o dětskou skupinu Ámos</w:t>
      </w:r>
      <w:r>
        <w:t>ík.</w:t>
      </w:r>
    </w:p>
    <w:p w:rsidR="00332666" w:rsidRDefault="003B4E1B">
      <w:r>
        <w:t>Beru na vědomí, že podáním přihlášky nevzniká automatický nárok na přijetí dítěte do dětské skupiny.</w:t>
      </w:r>
    </w:p>
    <w:p w:rsidR="00332666" w:rsidRDefault="003B4E1B">
      <w:r>
        <w:br/>
        <w:t>V __________________________ dne ____________________</w:t>
      </w:r>
    </w:p>
    <w:p w:rsidR="00332666" w:rsidRDefault="003B4E1B">
      <w:r>
        <w:br/>
      </w:r>
      <w:r>
        <w:br/>
        <w:t>Podpis zákonného zástupce: ____________________________________________</w:t>
      </w:r>
    </w:p>
    <w:sectPr w:rsidR="00332666" w:rsidSect="00034616">
      <w:pgSz w:w="12240" w:h="15840"/>
      <w:pgMar w:top="850" w:right="1020" w:bottom="85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9257D"/>
    <w:rsid w:val="00214533"/>
    <w:rsid w:val="0029639D"/>
    <w:rsid w:val="00326F90"/>
    <w:rsid w:val="00332666"/>
    <w:rsid w:val="003B4E1B"/>
    <w:rsid w:val="0043005D"/>
    <w:rsid w:val="006E5D1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3725D01E-E5B5-2F47-89F6-30AEE0C2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FD5BE8-B137-4316-85CB-51462DBC2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Učitel</cp:lastModifiedBy>
  <cp:revision>2</cp:revision>
  <cp:lastPrinted>2026-05-13T08:14:00Z</cp:lastPrinted>
  <dcterms:created xsi:type="dcterms:W3CDTF">2026-05-15T04:21:00Z</dcterms:created>
  <dcterms:modified xsi:type="dcterms:W3CDTF">2026-05-15T04:21:00Z</dcterms:modified>
  <cp:category/>
</cp:coreProperties>
</file>